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358"/>
        <w:tblW w:w="11340" w:type="dxa"/>
        <w:tblLayout w:type="fixed"/>
        <w:tblLook w:val="0000" w:firstRow="0" w:lastRow="0" w:firstColumn="0" w:lastColumn="0" w:noHBand="0" w:noVBand="0"/>
      </w:tblPr>
      <w:tblGrid>
        <w:gridCol w:w="2955"/>
        <w:gridCol w:w="5428"/>
        <w:gridCol w:w="2957"/>
      </w:tblGrid>
      <w:tr w:rsidR="00165907" w:rsidTr="004D70CD">
        <w:trPr>
          <w:trHeight w:val="2966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907" w:rsidRDefault="00165907" w:rsidP="004D70CD">
            <w:pPr>
              <w:snapToGrid w:val="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66AFE4D1" wp14:editId="04EA17F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176530</wp:posOffset>
                  </wp:positionV>
                  <wp:extent cx="1483360" cy="1603375"/>
                  <wp:effectExtent l="0" t="0" r="0" b="0"/>
                  <wp:wrapSquare wrapText="largest"/>
                  <wp:docPr id="6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-27" r="-32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60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65907" w:rsidRDefault="00165907" w:rsidP="004D70CD">
            <w:pPr>
              <w:jc w:val="center"/>
            </w:pP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907" w:rsidRDefault="00165907" w:rsidP="004D70CD">
            <w:pPr>
              <w:snapToGrid w:val="0"/>
              <w:jc w:val="center"/>
            </w:pPr>
          </w:p>
          <w:p w:rsidR="00165907" w:rsidRDefault="00165907" w:rsidP="004D70CD">
            <w:pPr>
              <w:jc w:val="center"/>
              <w:rPr>
                <w:b/>
                <w:bCs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3A64A1B" wp14:editId="3D75AC73">
                  <wp:extent cx="508635" cy="516890"/>
                  <wp:effectExtent l="0" t="0" r="0" b="0"/>
                  <wp:docPr id="5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00" t="-3644" r="-4100" b="-3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516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5907" w:rsidRPr="00165907" w:rsidRDefault="00165907" w:rsidP="00165907">
            <w:pPr>
              <w:spacing w:after="0"/>
              <w:jc w:val="center"/>
              <w:rPr>
                <w:lang w:val="it-IT"/>
              </w:rPr>
            </w:pPr>
            <w:r w:rsidRPr="00165907">
              <w:rPr>
                <w:b/>
                <w:bCs/>
                <w:lang w:val="it-IT"/>
              </w:rPr>
              <w:t xml:space="preserve">ISTITUTO COMPRENSIVO </w:t>
            </w:r>
            <w:r w:rsidRPr="00165907">
              <w:rPr>
                <w:b/>
                <w:bCs/>
                <w:i/>
                <w:lang w:val="it-IT"/>
              </w:rPr>
              <w:t xml:space="preserve">“G. </w:t>
            </w:r>
            <w:proofErr w:type="spellStart"/>
            <w:r w:rsidRPr="00165907">
              <w:rPr>
                <w:b/>
                <w:bCs/>
                <w:i/>
                <w:lang w:val="it-IT"/>
              </w:rPr>
              <w:t>Racioppi</w:t>
            </w:r>
            <w:proofErr w:type="spellEnd"/>
            <w:r w:rsidRPr="00165907">
              <w:rPr>
                <w:b/>
                <w:bCs/>
                <w:i/>
                <w:lang w:val="it-IT"/>
              </w:rPr>
              <w:t>”</w:t>
            </w:r>
            <w:r w:rsidRPr="00165907">
              <w:rPr>
                <w:b/>
                <w:bCs/>
                <w:lang w:val="it-IT"/>
              </w:rPr>
              <w:t xml:space="preserve"> </w:t>
            </w:r>
          </w:p>
          <w:p w:rsidR="00165907" w:rsidRPr="00165907" w:rsidRDefault="00165907" w:rsidP="00165907">
            <w:pPr>
              <w:pStyle w:val="Intestazione"/>
              <w:spacing w:line="276" w:lineRule="auto"/>
              <w:jc w:val="center"/>
              <w:rPr>
                <w:lang w:val="it-I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Scuola dell’Infanzia,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Primaria  e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Secondaria  di Primo Grado</w:t>
            </w:r>
          </w:p>
          <w:p w:rsidR="00165907" w:rsidRPr="00165907" w:rsidRDefault="00165907" w:rsidP="00165907">
            <w:pPr>
              <w:spacing w:after="0"/>
              <w:jc w:val="center"/>
              <w:rPr>
                <w:lang w:val="it-IT"/>
              </w:rPr>
            </w:pPr>
            <w:r w:rsidRPr="00165907">
              <w:rPr>
                <w:sz w:val="16"/>
                <w:szCs w:val="16"/>
                <w:lang w:val="it-IT"/>
              </w:rPr>
              <w:t>Viale D. Galante, 21 – 85047 Moliterno (Pz)</w:t>
            </w:r>
          </w:p>
          <w:p w:rsidR="00165907" w:rsidRPr="00165907" w:rsidRDefault="00165907" w:rsidP="00165907">
            <w:pPr>
              <w:spacing w:after="0"/>
              <w:jc w:val="center"/>
              <w:rPr>
                <w:lang w:val="it-IT"/>
              </w:rPr>
            </w:pPr>
            <w:r w:rsidRPr="00165907">
              <w:rPr>
                <w:sz w:val="16"/>
                <w:szCs w:val="16"/>
                <w:lang w:val="it-IT"/>
              </w:rPr>
              <w:t xml:space="preserve">con sede associata </w:t>
            </w:r>
            <w:proofErr w:type="gramStart"/>
            <w:r w:rsidRPr="00165907">
              <w:rPr>
                <w:sz w:val="16"/>
                <w:szCs w:val="16"/>
                <w:lang w:val="it-IT"/>
              </w:rPr>
              <w:t>in  Spinoso</w:t>
            </w:r>
            <w:proofErr w:type="gramEnd"/>
            <w:r w:rsidRPr="00165907">
              <w:rPr>
                <w:sz w:val="16"/>
                <w:szCs w:val="16"/>
                <w:lang w:val="it-IT"/>
              </w:rPr>
              <w:t xml:space="preserve"> – Sarconi – Tramutola – Grumento Nova (Pz)</w:t>
            </w:r>
          </w:p>
          <w:p w:rsidR="00165907" w:rsidRPr="00165907" w:rsidRDefault="00165907" w:rsidP="00165907">
            <w:pPr>
              <w:spacing w:after="0"/>
              <w:jc w:val="center"/>
              <w:rPr>
                <w:lang w:val="it-IT"/>
              </w:rPr>
            </w:pPr>
            <w:r w:rsidRPr="00165907">
              <w:rPr>
                <w:sz w:val="16"/>
                <w:szCs w:val="16"/>
                <w:lang w:val="it-IT"/>
              </w:rPr>
              <w:t>Tel.  0975/64106 – 64108</w:t>
            </w:r>
          </w:p>
          <w:p w:rsidR="00165907" w:rsidRPr="00165907" w:rsidRDefault="00165907" w:rsidP="00165907">
            <w:pPr>
              <w:pStyle w:val="Intestazione"/>
              <w:spacing w:line="276" w:lineRule="auto"/>
              <w:jc w:val="center"/>
              <w:rPr>
                <w:lang w:val="it-I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Cod. Scuola: PZIC85500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B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Codice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fisc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.: 96032740761</w:t>
            </w:r>
          </w:p>
          <w:p w:rsidR="00165907" w:rsidRDefault="00165907" w:rsidP="0016590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 xml:space="preserve">Email: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</w:rPr>
                <w:t>pzic85500b@istruzione.it</w:t>
              </w:r>
            </w:hyperlink>
          </w:p>
          <w:p w:rsidR="00165907" w:rsidRDefault="00165907" w:rsidP="00165907">
            <w:pPr>
              <w:spacing w:after="0"/>
              <w:ind w:hanging="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Sito</w:t>
            </w:r>
            <w:proofErr w:type="spellEnd"/>
            <w:r>
              <w:rPr>
                <w:sz w:val="16"/>
                <w:szCs w:val="16"/>
              </w:rPr>
              <w:t xml:space="preserve"> web: </w:t>
            </w:r>
            <w:hyperlink r:id="rId11" w:history="1">
              <w:r>
                <w:rPr>
                  <w:rStyle w:val="Collegamentoipertestuale"/>
                  <w:sz w:val="16"/>
                  <w:szCs w:val="16"/>
                </w:rPr>
                <w:t>www.icmoliterno.edu.it</w:t>
              </w:r>
            </w:hyperlink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07" w:rsidRDefault="00165907" w:rsidP="004D70CD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it-IT" w:eastAsia="it-IT"/>
              </w:rPr>
            </w:pPr>
          </w:p>
          <w:p w:rsidR="00165907" w:rsidRDefault="00165907" w:rsidP="004D70CD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it-IT" w:eastAsia="it-IT"/>
              </w:rPr>
            </w:pPr>
          </w:p>
          <w:p w:rsidR="00165907" w:rsidRDefault="00165907" w:rsidP="004D70CD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  <w:lang w:val="it-IT" w:eastAsia="it-IT"/>
              </w:rPr>
              <w:drawing>
                <wp:inline distT="0" distB="0" distL="0" distR="0" wp14:anchorId="66658BEB" wp14:editId="60B5B5E6">
                  <wp:extent cx="1510665" cy="1089025"/>
                  <wp:effectExtent l="0" t="0" r="0" b="0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336" t="-13991" r="-10336" b="-13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089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5907" w:rsidRDefault="00165907">
      <w:pPr>
        <w:spacing w:before="200" w:after="40"/>
        <w:rPr>
          <w:b/>
          <w:color w:val="2E74B5"/>
          <w:sz w:val="20"/>
          <w:lang w:val="it-IT"/>
        </w:rPr>
      </w:pPr>
    </w:p>
    <w:p w:rsidR="00BA6AFF" w:rsidRPr="00165907" w:rsidRDefault="00CB315D">
      <w:pPr>
        <w:spacing w:before="200" w:after="40"/>
        <w:rPr>
          <w:lang w:val="it-IT"/>
        </w:rPr>
      </w:pPr>
      <w:r w:rsidRPr="00165907">
        <w:rPr>
          <w:b/>
          <w:color w:val="2E74B5"/>
          <w:sz w:val="20"/>
          <w:lang w:val="it-IT"/>
        </w:rPr>
        <w:t xml:space="preserve">SCHEDA </w:t>
      </w:r>
      <w:r w:rsidR="00845E28">
        <w:rPr>
          <w:b/>
          <w:color w:val="2E74B5"/>
          <w:sz w:val="20"/>
          <w:lang w:val="it-IT"/>
        </w:rPr>
        <w:t>PRESENTAZIONE DOCENTE</w:t>
      </w:r>
      <w:bookmarkStart w:id="0" w:name="_GoBack"/>
      <w:bookmarkEnd w:id="0"/>
    </w:p>
    <w:p w:rsidR="00BA6AFF" w:rsidRPr="00165907" w:rsidRDefault="00CB315D" w:rsidP="00165907">
      <w:pPr>
        <w:spacing w:after="100"/>
        <w:jc w:val="both"/>
        <w:rPr>
          <w:lang w:val="it-IT"/>
        </w:rPr>
      </w:pPr>
      <w:r w:rsidRPr="00165907">
        <w:rPr>
          <w:b/>
          <w:color w:val="1F4D78"/>
          <w:sz w:val="46"/>
          <w:lang w:val="it-IT"/>
        </w:rPr>
        <w:t>Presentazione e profilo professionale del docente</w:t>
      </w:r>
    </w:p>
    <w:p w:rsidR="00BA6AFF" w:rsidRPr="00165907" w:rsidRDefault="00CB315D">
      <w:pPr>
        <w:spacing w:after="240"/>
        <w:rPr>
          <w:lang w:val="it-IT"/>
        </w:rPr>
      </w:pPr>
      <w:r w:rsidRPr="00165907">
        <w:rPr>
          <w:color w:val="5F6B76"/>
          <w:sz w:val="22"/>
          <w:lang w:val="it-IT"/>
        </w:rPr>
        <w:t>Per docenti neoarrivati • compilazione scritta • tempo indicativo 15–20 minuti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BA6AFF">
        <w:tc>
          <w:tcPr>
            <w:tcW w:w="4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proofErr w:type="spellStart"/>
            <w:r>
              <w:rPr>
                <w:b/>
                <w:color w:val="1F4D78"/>
                <w:sz w:val="19"/>
              </w:rPr>
              <w:t>Istituto</w:t>
            </w:r>
            <w:proofErr w:type="spellEnd"/>
            <w:r>
              <w:rPr>
                <w:b/>
                <w:color w:val="1F4D78"/>
                <w:sz w:val="19"/>
              </w:rPr>
              <w:t>: __________________________________</w:t>
            </w:r>
          </w:p>
        </w:tc>
        <w:tc>
          <w:tcPr>
            <w:tcW w:w="4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b/>
                <w:color w:val="1F4D78"/>
                <w:sz w:val="19"/>
              </w:rPr>
              <w:t>Anno scolastico: ___________________________</w:t>
            </w:r>
          </w:p>
        </w:tc>
      </w:tr>
      <w:tr w:rsidR="00BA6AFF">
        <w:tc>
          <w:tcPr>
            <w:tcW w:w="4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1F4D78"/>
                <w:sz w:val="19"/>
              </w:rPr>
              <w:t>Data di compilazione: ______________________</w:t>
            </w:r>
          </w:p>
        </w:tc>
        <w:tc>
          <w:tcPr>
            <w:tcW w:w="4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1F4D78"/>
                <w:sz w:val="19"/>
              </w:rPr>
              <w:t>Plesso/sede: ______________________________</w:t>
            </w:r>
          </w:p>
        </w:tc>
      </w:tr>
    </w:tbl>
    <w:p w:rsidR="00845E28" w:rsidRDefault="00CB315D">
      <w:pPr>
        <w:spacing w:before="200" w:after="80"/>
        <w:rPr>
          <w:color w:val="000000"/>
          <w:sz w:val="19"/>
          <w:lang w:val="it-IT"/>
        </w:rPr>
      </w:pPr>
      <w:r w:rsidRPr="00165907">
        <w:rPr>
          <w:b/>
          <w:color w:val="1F4D78"/>
          <w:sz w:val="20"/>
          <w:lang w:val="it-IT"/>
        </w:rPr>
        <w:t>Finalità</w:t>
      </w:r>
      <w:r w:rsidRPr="00165907">
        <w:rPr>
          <w:color w:val="000000"/>
          <w:sz w:val="19"/>
          <w:lang w:val="it-IT"/>
        </w:rPr>
        <w:t xml:space="preserve">  </w:t>
      </w:r>
    </w:p>
    <w:p w:rsidR="00BA6AFF" w:rsidRPr="00165907" w:rsidRDefault="00CB315D">
      <w:pPr>
        <w:spacing w:before="200" w:after="80"/>
        <w:rPr>
          <w:lang w:val="it-IT"/>
        </w:rPr>
      </w:pPr>
      <w:r w:rsidRPr="00165907">
        <w:rPr>
          <w:color w:val="000000"/>
          <w:sz w:val="19"/>
          <w:lang w:val="it-IT"/>
        </w:rPr>
        <w:t>Conoscere il profilo professionale, valorizzare competenze ed esperienze, individuare possibili contributi alla comunità scolastica e predisporre un inserimento efficace.</w:t>
      </w:r>
    </w:p>
    <w:p w:rsidR="00BA6AFF" w:rsidRPr="00165907" w:rsidRDefault="00CB315D">
      <w:pPr>
        <w:spacing w:after="200"/>
        <w:rPr>
          <w:lang w:val="it-IT"/>
        </w:rPr>
      </w:pPr>
      <w:r w:rsidRPr="00165907">
        <w:rPr>
          <w:i/>
          <w:color w:val="5F6B76"/>
          <w:sz w:val="18"/>
          <w:lang w:val="it-IT"/>
        </w:rPr>
        <w:t>Come compilare: risposte sintetiche e concrete; quando richiesto, indicare un solo esempio significativo. Allegare attestati solo secondo le indicazioni della segreteria.</w:t>
      </w:r>
    </w:p>
    <w:p w:rsidR="00BA6AFF" w:rsidRPr="00165907" w:rsidRDefault="00CB315D">
      <w:pPr>
        <w:pStyle w:val="Titolo1"/>
        <w:rPr>
          <w:lang w:val="it-IT"/>
        </w:rPr>
      </w:pPr>
      <w:r w:rsidRPr="00165907">
        <w:rPr>
          <w:lang w:val="it-IT"/>
        </w:rPr>
        <w:t>1. Dati professionali essenziali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BA6AFF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b/>
                <w:color w:val="1F4D78"/>
                <w:sz w:val="19"/>
              </w:rPr>
              <w:t xml:space="preserve">Nome e </w:t>
            </w:r>
            <w:proofErr w:type="spellStart"/>
            <w:r>
              <w:rPr>
                <w:b/>
                <w:color w:val="1F4D78"/>
                <w:sz w:val="19"/>
              </w:rPr>
              <w:t>cognome</w:t>
            </w:r>
            <w:proofErr w:type="spellEnd"/>
            <w:r>
              <w:rPr>
                <w:b/>
                <w:color w:val="1F4D78"/>
                <w:sz w:val="19"/>
              </w:rPr>
              <w:t>:</w:t>
            </w:r>
            <w:r>
              <w:rPr>
                <w:b/>
                <w:color w:val="1F4D78"/>
                <w:sz w:val="19"/>
              </w:rPr>
              <w:br/>
              <w:t>____________________________________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>Recapito istituzionale / telefono (facoltativo):</w:t>
            </w:r>
            <w:r>
              <w:rPr>
                <w:color w:val="000000"/>
                <w:sz w:val="18"/>
              </w:rPr>
              <w:br/>
              <w:t>____________________________________</w:t>
            </w:r>
          </w:p>
        </w:tc>
      </w:tr>
      <w:tr w:rsidR="00BA6AFF" w:rsidRPr="0016590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1F4D78"/>
                <w:sz w:val="19"/>
              </w:rPr>
              <w:t>Ordine di scuola:</w:t>
            </w:r>
            <w:r>
              <w:rPr>
                <w:color w:val="1F4D78"/>
                <w:sz w:val="19"/>
              </w:rPr>
              <w:br/>
              <w:t>____________________________________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Pr="00165907" w:rsidRDefault="00CB315D">
            <w:pPr>
              <w:spacing w:after="0" w:line="259" w:lineRule="auto"/>
              <w:rPr>
                <w:lang w:val="it-IT"/>
              </w:rPr>
            </w:pPr>
            <w:r w:rsidRPr="00165907">
              <w:rPr>
                <w:color w:val="000000"/>
                <w:sz w:val="18"/>
                <w:lang w:val="it-IT"/>
              </w:rPr>
              <w:t>☐ Infanzia   ☐ Primaria   ☐ Secondaria I grado</w:t>
            </w:r>
          </w:p>
        </w:tc>
      </w:tr>
      <w:tr w:rsidR="00BA6AFF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Pr="00165907" w:rsidRDefault="00CB315D">
            <w:pPr>
              <w:spacing w:after="0" w:line="259" w:lineRule="auto"/>
              <w:rPr>
                <w:lang w:val="it-IT"/>
              </w:rPr>
            </w:pPr>
            <w:r w:rsidRPr="00165907">
              <w:rPr>
                <w:color w:val="1F4D78"/>
                <w:sz w:val="19"/>
                <w:lang w:val="it-IT"/>
              </w:rPr>
              <w:t>Classe di concorso / disciplina / posto:</w:t>
            </w:r>
            <w:r w:rsidRPr="00165907">
              <w:rPr>
                <w:color w:val="1F4D78"/>
                <w:sz w:val="19"/>
                <w:lang w:val="it-IT"/>
              </w:rPr>
              <w:br/>
              <w:t>____________________________________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 xml:space="preserve">Anni </w:t>
            </w:r>
            <w:proofErr w:type="spellStart"/>
            <w:r>
              <w:rPr>
                <w:color w:val="000000"/>
                <w:sz w:val="18"/>
              </w:rPr>
              <w:t>complessivi</w:t>
            </w:r>
            <w:proofErr w:type="spellEnd"/>
            <w:r>
              <w:rPr>
                <w:color w:val="000000"/>
                <w:sz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</w:rPr>
              <w:t>servizio</w:t>
            </w:r>
            <w:proofErr w:type="spellEnd"/>
            <w:r>
              <w:rPr>
                <w:color w:val="000000"/>
                <w:sz w:val="18"/>
              </w:rPr>
              <w:t>:</w:t>
            </w:r>
            <w:r>
              <w:rPr>
                <w:color w:val="000000"/>
                <w:sz w:val="18"/>
              </w:rPr>
              <w:br/>
              <w:t>____________________________________</w:t>
            </w:r>
          </w:p>
        </w:tc>
      </w:tr>
      <w:tr w:rsidR="00BA6AFF" w:rsidRPr="0016590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1F4D78"/>
                <w:sz w:val="19"/>
              </w:rPr>
              <w:t>Tipologia di incarico:</w:t>
            </w:r>
            <w:r>
              <w:rPr>
                <w:color w:val="1F4D78"/>
                <w:sz w:val="19"/>
              </w:rPr>
              <w:br/>
              <w:t>____________________________________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Pr="00165907" w:rsidRDefault="00CB315D">
            <w:pPr>
              <w:spacing w:after="0" w:line="259" w:lineRule="auto"/>
              <w:rPr>
                <w:lang w:val="it-IT"/>
              </w:rPr>
            </w:pPr>
            <w:r w:rsidRPr="00165907">
              <w:rPr>
                <w:color w:val="000000"/>
                <w:sz w:val="18"/>
                <w:lang w:val="it-IT"/>
              </w:rPr>
              <w:t>☐ Tempo indeterminato   ☐ Tempo determinato   ☐ Altro</w:t>
            </w:r>
          </w:p>
        </w:tc>
      </w:tr>
    </w:tbl>
    <w:p w:rsidR="00BA6AFF" w:rsidRPr="00165907" w:rsidRDefault="00CB315D">
      <w:pPr>
        <w:pStyle w:val="Titolo1"/>
        <w:rPr>
          <w:lang w:val="it-IT"/>
        </w:rPr>
      </w:pPr>
      <w:r w:rsidRPr="00165907">
        <w:rPr>
          <w:lang w:val="it-IT"/>
        </w:rPr>
        <w:t>2. Profilo in breve</w:t>
      </w:r>
    </w:p>
    <w:p w:rsidR="00BA6AFF" w:rsidRDefault="00CB315D">
      <w:pPr>
        <w:keepNext/>
        <w:spacing w:before="60" w:after="40"/>
      </w:pPr>
      <w:r w:rsidRPr="00165907">
        <w:rPr>
          <w:b/>
          <w:color w:val="1F4D78"/>
          <w:sz w:val="20"/>
          <w:lang w:val="it-IT"/>
        </w:rPr>
        <w:t>In 5–7 righe, presenti il suo percorso e ciò che caratterizza maggiormente il suo modo di insegnare.</w:t>
      </w:r>
      <w:r w:rsidRPr="00165907">
        <w:rPr>
          <w:i/>
          <w:color w:val="5F6B76"/>
          <w:sz w:val="17"/>
          <w:lang w:val="it-IT"/>
        </w:rPr>
        <w:t xml:space="preserve">  </w:t>
      </w:r>
      <w:proofErr w:type="spellStart"/>
      <w:r>
        <w:rPr>
          <w:i/>
          <w:color w:val="5F6B76"/>
          <w:sz w:val="17"/>
        </w:rPr>
        <w:t>Indichi</w:t>
      </w:r>
      <w:proofErr w:type="spellEnd"/>
      <w:r>
        <w:rPr>
          <w:i/>
          <w:color w:val="5F6B76"/>
          <w:sz w:val="17"/>
        </w:rPr>
        <w:t xml:space="preserve"> </w:t>
      </w:r>
      <w:proofErr w:type="spellStart"/>
      <w:r>
        <w:rPr>
          <w:i/>
          <w:color w:val="5F6B76"/>
          <w:sz w:val="17"/>
        </w:rPr>
        <w:t>esperienze</w:t>
      </w:r>
      <w:proofErr w:type="spellEnd"/>
      <w:r>
        <w:rPr>
          <w:i/>
          <w:color w:val="5F6B76"/>
          <w:sz w:val="17"/>
        </w:rPr>
        <w:t xml:space="preserve">, </w:t>
      </w:r>
      <w:proofErr w:type="spellStart"/>
      <w:r>
        <w:rPr>
          <w:i/>
          <w:color w:val="5F6B76"/>
          <w:sz w:val="17"/>
        </w:rPr>
        <w:t>approccio</w:t>
      </w:r>
      <w:proofErr w:type="spellEnd"/>
      <w:r>
        <w:rPr>
          <w:i/>
          <w:color w:val="5F6B76"/>
          <w:sz w:val="17"/>
        </w:rPr>
        <w:t xml:space="preserve"> </w:t>
      </w:r>
      <w:proofErr w:type="spellStart"/>
      <w:r>
        <w:rPr>
          <w:i/>
          <w:color w:val="5F6B76"/>
          <w:sz w:val="17"/>
        </w:rPr>
        <w:t>educativo</w:t>
      </w:r>
      <w:proofErr w:type="spellEnd"/>
      <w:r>
        <w:rPr>
          <w:i/>
          <w:color w:val="5F6B76"/>
          <w:sz w:val="17"/>
        </w:rPr>
        <w:t xml:space="preserve"> e un elemento distintivo.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</w:r>
            <w:r>
              <w:rPr>
                <w:color w:val="A7B0B8"/>
                <w:sz w:val="18"/>
              </w:rPr>
              <w:lastRenderedPageBreak/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Default="00CB315D">
      <w:pPr>
        <w:pStyle w:val="Titolo1"/>
      </w:pPr>
      <w:r>
        <w:t>3. Formazione e competenze certificate</w:t>
      </w:r>
    </w:p>
    <w:p w:rsidR="00BA6AFF" w:rsidRPr="00165907" w:rsidRDefault="00CB315D">
      <w:pPr>
        <w:rPr>
          <w:lang w:val="it-IT"/>
        </w:rPr>
      </w:pPr>
      <w:r w:rsidRPr="00165907">
        <w:rPr>
          <w:i/>
          <w:color w:val="5F6B76"/>
          <w:sz w:val="18"/>
          <w:lang w:val="it-IT"/>
        </w:rPr>
        <w:t>Indicare solo i titoli più pertinenti. Per corsi e aggiornamenti, privilegiare l’ultimo triennio.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600"/>
        <w:gridCol w:w="3100"/>
        <w:gridCol w:w="1320"/>
        <w:gridCol w:w="2340"/>
      </w:tblGrid>
      <w:tr w:rsidR="00BA6AFF">
        <w:trPr>
          <w:tblHeader/>
        </w:trPr>
        <w:tc>
          <w:tcPr>
            <w:tcW w:w="26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Titolo</w:t>
            </w:r>
            <w:proofErr w:type="spellEnd"/>
            <w:r>
              <w:rPr>
                <w:b/>
                <w:color w:val="FFFFFF"/>
                <w:sz w:val="18"/>
              </w:rPr>
              <w:t xml:space="preserve"> / </w:t>
            </w:r>
            <w:proofErr w:type="spellStart"/>
            <w:r>
              <w:rPr>
                <w:b/>
                <w:color w:val="FFFFFF"/>
                <w:sz w:val="18"/>
              </w:rPr>
              <w:t>certificazione</w:t>
            </w:r>
            <w:proofErr w:type="spellEnd"/>
          </w:p>
        </w:tc>
        <w:tc>
          <w:tcPr>
            <w:tcW w:w="31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18"/>
              </w:rPr>
              <w:t>Ambito o ente</w:t>
            </w:r>
          </w:p>
        </w:tc>
        <w:tc>
          <w:tcPr>
            <w:tcW w:w="132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18"/>
              </w:rPr>
              <w:t>Anno</w:t>
            </w:r>
          </w:p>
        </w:tc>
        <w:tc>
          <w:tcPr>
            <w:tcW w:w="234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18"/>
              </w:rPr>
              <w:t>Competenze / livello</w:t>
            </w:r>
          </w:p>
        </w:tc>
      </w:tr>
      <w:tr w:rsidR="00BA6AFF">
        <w:tc>
          <w:tcPr>
            <w:tcW w:w="26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3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13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23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</w:tr>
      <w:tr w:rsidR="00BA6AFF">
        <w:tc>
          <w:tcPr>
            <w:tcW w:w="26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3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13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23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</w:tr>
      <w:tr w:rsidR="00BA6AFF">
        <w:tc>
          <w:tcPr>
            <w:tcW w:w="26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3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13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23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</w:tr>
      <w:tr w:rsidR="00BA6AFF">
        <w:tc>
          <w:tcPr>
            <w:tcW w:w="26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3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13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23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</w:tr>
      <w:tr w:rsidR="00BA6AFF">
        <w:tc>
          <w:tcPr>
            <w:tcW w:w="26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3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13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23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</w:tr>
      <w:tr w:rsidR="00BA6AFF">
        <w:tc>
          <w:tcPr>
            <w:tcW w:w="26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3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13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  <w:tc>
          <w:tcPr>
            <w:tcW w:w="23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br/>
            </w:r>
          </w:p>
        </w:tc>
      </w:tr>
    </w:tbl>
    <w:p w:rsidR="00BA6AFF" w:rsidRPr="00165907" w:rsidRDefault="00CB315D">
      <w:pPr>
        <w:spacing w:before="100" w:after="0"/>
        <w:rPr>
          <w:lang w:val="it-IT"/>
        </w:rPr>
      </w:pPr>
      <w:r w:rsidRPr="00165907">
        <w:rPr>
          <w:b/>
          <w:color w:val="1F4D78"/>
          <w:sz w:val="19"/>
          <w:lang w:val="it-IT"/>
        </w:rPr>
        <w:t xml:space="preserve">Ambiti presenti (se applicabili): </w:t>
      </w:r>
      <w:r w:rsidRPr="00165907">
        <w:rPr>
          <w:color w:val="000000"/>
          <w:sz w:val="17"/>
          <w:lang w:val="it-IT"/>
        </w:rPr>
        <w:t>☐ titolo di studio   ☐ specializzazione sostegno   ☐ lingue   ☐ digitale   ☐ IA   ☐ sicurezza   ☐ primo soccorso   ☐ antincendio   ☐ altro</w:t>
      </w:r>
    </w:p>
    <w:p w:rsidR="00BA6AFF" w:rsidRPr="00165907" w:rsidRDefault="00CB315D">
      <w:pPr>
        <w:pStyle w:val="Titolo1"/>
        <w:rPr>
          <w:lang w:val="it-IT"/>
        </w:rPr>
      </w:pPr>
      <w:r w:rsidRPr="00165907">
        <w:rPr>
          <w:lang w:val="it-IT"/>
        </w:rPr>
        <w:t>4. Esperienze, responsabilità e incarichi</w:t>
      </w: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 xml:space="preserve">Esperienze di insegnamento più </w:t>
      </w:r>
      <w:proofErr w:type="gramStart"/>
      <w:r w:rsidRPr="00165907">
        <w:rPr>
          <w:b/>
          <w:color w:val="1F4D78"/>
          <w:sz w:val="20"/>
          <w:lang w:val="it-IT"/>
        </w:rPr>
        <w:t>significative</w:t>
      </w:r>
      <w:r w:rsidRPr="00165907">
        <w:rPr>
          <w:i/>
          <w:color w:val="5F6B76"/>
          <w:sz w:val="17"/>
          <w:lang w:val="it-IT"/>
        </w:rPr>
        <w:t xml:space="preserve">  Ordine</w:t>
      </w:r>
      <w:proofErr w:type="gramEnd"/>
      <w:r w:rsidRPr="00165907">
        <w:rPr>
          <w:i/>
          <w:color w:val="5F6B76"/>
          <w:sz w:val="17"/>
          <w:lang w:val="it-IT"/>
        </w:rPr>
        <w:t xml:space="preserve"> di scuola, durata, disciplina/posto e contesto.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 xml:space="preserve">Responsabilità o incarichi già </w:t>
      </w:r>
      <w:proofErr w:type="gramStart"/>
      <w:r w:rsidRPr="00165907">
        <w:rPr>
          <w:b/>
          <w:color w:val="1F4D78"/>
          <w:sz w:val="20"/>
          <w:lang w:val="it-IT"/>
        </w:rPr>
        <w:t>svolti</w:t>
      </w:r>
      <w:r w:rsidRPr="00165907">
        <w:rPr>
          <w:i/>
          <w:color w:val="5F6B76"/>
          <w:sz w:val="17"/>
          <w:lang w:val="it-IT"/>
        </w:rPr>
        <w:t xml:space="preserve">  Es.</w:t>
      </w:r>
      <w:proofErr w:type="gramEnd"/>
      <w:r w:rsidRPr="00165907">
        <w:rPr>
          <w:i/>
          <w:color w:val="5F6B76"/>
          <w:sz w:val="17"/>
          <w:lang w:val="it-IT"/>
        </w:rPr>
        <w:t>: coordinamento, funzione strumentale, dipartimenti, progetti, orientamento, continuità, tutoraggio, sicurezza.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Default="00CB315D">
      <w:pPr>
        <w:pStyle w:val="Titolo1"/>
      </w:pPr>
      <w:r>
        <w:t>5. Pratica didattica: un’evidenza concreta</w:t>
      </w:r>
    </w:p>
    <w:p w:rsidR="00BA6AFF" w:rsidRPr="00165907" w:rsidRDefault="00CB315D">
      <w:pPr>
        <w:rPr>
          <w:lang w:val="it-IT"/>
        </w:rPr>
      </w:pPr>
      <w:r w:rsidRPr="00165907">
        <w:rPr>
          <w:i/>
          <w:color w:val="5F6B76"/>
          <w:sz w:val="18"/>
          <w:lang w:val="it-IT"/>
        </w:rPr>
        <w:t>Scelga un’esperienza reale e risponda in modo essenziale. Non occorre descrivere un’intera unità didattica.</w:t>
      </w: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lastRenderedPageBreak/>
        <w:t xml:space="preserve">Situazione e </w:t>
      </w:r>
      <w:proofErr w:type="gramStart"/>
      <w:r w:rsidRPr="00165907">
        <w:rPr>
          <w:b/>
          <w:color w:val="1F4D78"/>
          <w:sz w:val="20"/>
          <w:lang w:val="it-IT"/>
        </w:rPr>
        <w:t>obiettivo</w:t>
      </w:r>
      <w:r w:rsidRPr="00165907">
        <w:rPr>
          <w:i/>
          <w:color w:val="5F6B76"/>
          <w:sz w:val="17"/>
          <w:lang w:val="it-IT"/>
        </w:rPr>
        <w:t xml:space="preserve">  Classe</w:t>
      </w:r>
      <w:proofErr w:type="gramEnd"/>
      <w:r w:rsidRPr="00165907">
        <w:rPr>
          <w:i/>
          <w:color w:val="5F6B76"/>
          <w:sz w:val="17"/>
          <w:lang w:val="it-IT"/>
        </w:rPr>
        <w:t>/sezione, bisogno osservato e risultato atteso.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 xml:space="preserve">Scelte didattiche e </w:t>
      </w:r>
      <w:proofErr w:type="gramStart"/>
      <w:r w:rsidRPr="00165907">
        <w:rPr>
          <w:b/>
          <w:color w:val="1F4D78"/>
          <w:sz w:val="20"/>
          <w:lang w:val="it-IT"/>
        </w:rPr>
        <w:t>organizzative</w:t>
      </w:r>
      <w:r w:rsidRPr="00165907">
        <w:rPr>
          <w:i/>
          <w:color w:val="5F6B76"/>
          <w:sz w:val="17"/>
          <w:lang w:val="it-IT"/>
        </w:rPr>
        <w:t xml:space="preserve">  Attività</w:t>
      </w:r>
      <w:proofErr w:type="gramEnd"/>
      <w:r w:rsidRPr="00165907">
        <w:rPr>
          <w:i/>
          <w:color w:val="5F6B76"/>
          <w:sz w:val="17"/>
          <w:lang w:val="it-IT"/>
        </w:rPr>
        <w:t>, spazi/tempi, materiali, tecnologie ed eventuale differenziazione.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 xml:space="preserve">Come ha osservato o valutato i progressi e che cosa ha </w:t>
      </w:r>
      <w:proofErr w:type="gramStart"/>
      <w:r w:rsidRPr="00165907">
        <w:rPr>
          <w:b/>
          <w:color w:val="1F4D78"/>
          <w:sz w:val="20"/>
          <w:lang w:val="it-IT"/>
        </w:rPr>
        <w:t>modificato</w:t>
      </w:r>
      <w:r w:rsidRPr="00165907">
        <w:rPr>
          <w:i/>
          <w:color w:val="5F6B76"/>
          <w:sz w:val="17"/>
          <w:lang w:val="it-IT"/>
        </w:rPr>
        <w:t xml:space="preserve">  Indichi</w:t>
      </w:r>
      <w:proofErr w:type="gramEnd"/>
      <w:r w:rsidRPr="00165907">
        <w:rPr>
          <w:i/>
          <w:color w:val="5F6B76"/>
          <w:sz w:val="17"/>
          <w:lang w:val="it-IT"/>
        </w:rPr>
        <w:t xml:space="preserve"> evidenze, feedback o riprogettazione.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pStyle w:val="Titolo1"/>
        <w:rPr>
          <w:lang w:val="it-IT"/>
        </w:rPr>
      </w:pPr>
      <w:r w:rsidRPr="00165907">
        <w:rPr>
          <w:lang w:val="it-IT"/>
        </w:rPr>
        <w:t>6. Inclusione, benessere e gestione del gruppo</w:t>
      </w:r>
    </w:p>
    <w:p w:rsidR="00BA6AFF" w:rsidRDefault="00CB315D">
      <w:pPr>
        <w:keepNext/>
        <w:spacing w:before="60" w:after="40"/>
      </w:pPr>
      <w:r w:rsidRPr="00165907">
        <w:rPr>
          <w:b/>
          <w:color w:val="1F4D78"/>
          <w:sz w:val="20"/>
          <w:lang w:val="it-IT"/>
        </w:rPr>
        <w:t>Descriva un caso in cui ha favorito la partecipazione di alunni con bisogni, livelli, culture o lingue differenti.</w:t>
      </w:r>
      <w:r w:rsidRPr="00165907">
        <w:rPr>
          <w:i/>
          <w:color w:val="5F6B76"/>
          <w:sz w:val="17"/>
          <w:lang w:val="it-IT"/>
        </w:rPr>
        <w:t xml:space="preserve">  </w:t>
      </w:r>
      <w:proofErr w:type="spellStart"/>
      <w:r>
        <w:rPr>
          <w:i/>
          <w:color w:val="5F6B76"/>
          <w:sz w:val="17"/>
        </w:rPr>
        <w:t>Indichi</w:t>
      </w:r>
      <w:proofErr w:type="spellEnd"/>
      <w:r>
        <w:rPr>
          <w:i/>
          <w:color w:val="5F6B76"/>
          <w:sz w:val="17"/>
        </w:rPr>
        <w:t xml:space="preserve"> </w:t>
      </w:r>
      <w:proofErr w:type="spellStart"/>
      <w:r>
        <w:rPr>
          <w:i/>
          <w:color w:val="5F6B76"/>
          <w:sz w:val="17"/>
        </w:rPr>
        <w:t>adattamenti</w:t>
      </w:r>
      <w:proofErr w:type="spellEnd"/>
      <w:r>
        <w:rPr>
          <w:i/>
          <w:color w:val="5F6B76"/>
          <w:sz w:val="17"/>
        </w:rPr>
        <w:t xml:space="preserve"> </w:t>
      </w:r>
      <w:proofErr w:type="spellStart"/>
      <w:r>
        <w:rPr>
          <w:i/>
          <w:color w:val="5F6B76"/>
          <w:sz w:val="17"/>
        </w:rPr>
        <w:t>concreti</w:t>
      </w:r>
      <w:proofErr w:type="spellEnd"/>
      <w:r>
        <w:rPr>
          <w:i/>
          <w:color w:val="5F6B76"/>
          <w:sz w:val="17"/>
        </w:rPr>
        <w:t xml:space="preserve"> e collaborazione con le figure coinvolte.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>Quali routine o strategie utilizza per costruire un clima positivo e affrontare comportamenti o conflitti?</w:t>
      </w:r>
      <w:r w:rsidRPr="00165907">
        <w:rPr>
          <w:i/>
          <w:color w:val="5F6B76"/>
          <w:sz w:val="17"/>
          <w:lang w:val="it-IT"/>
        </w:rPr>
        <w:t xml:space="preserve">  Per l’infanzia può riferirsi anche ad accoglienza, autonomia, gioco e relazione con le famiglie.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pStyle w:val="Titolo1"/>
        <w:rPr>
          <w:lang w:val="it-IT"/>
        </w:rPr>
      </w:pPr>
      <w:r w:rsidRPr="00165907">
        <w:rPr>
          <w:lang w:val="it-IT"/>
        </w:rPr>
        <w:t>7. Collaborazione professionale e rapporto con le famiglie</w:t>
      </w:r>
    </w:p>
    <w:p w:rsidR="00BA6AFF" w:rsidRDefault="00CB315D">
      <w:pPr>
        <w:keepNext/>
        <w:spacing w:before="60" w:after="40"/>
      </w:pPr>
      <w:r w:rsidRPr="00165907">
        <w:rPr>
          <w:b/>
          <w:color w:val="1F4D78"/>
          <w:sz w:val="20"/>
          <w:lang w:val="it-IT"/>
        </w:rPr>
        <w:t>Riporti un esempio di collaborazione efficace o di confronto gestito in modo costruttivo.</w:t>
      </w:r>
      <w:r w:rsidRPr="00165907">
        <w:rPr>
          <w:i/>
          <w:color w:val="5F6B76"/>
          <w:sz w:val="17"/>
          <w:lang w:val="it-IT"/>
        </w:rPr>
        <w:t xml:space="preserve">  </w:t>
      </w:r>
      <w:proofErr w:type="spellStart"/>
      <w:r>
        <w:rPr>
          <w:i/>
          <w:color w:val="5F6B76"/>
          <w:sz w:val="17"/>
        </w:rPr>
        <w:t>Colleghi</w:t>
      </w:r>
      <w:proofErr w:type="spellEnd"/>
      <w:r>
        <w:rPr>
          <w:i/>
          <w:color w:val="5F6B76"/>
          <w:sz w:val="17"/>
        </w:rPr>
        <w:t>, team/</w:t>
      </w:r>
      <w:proofErr w:type="spellStart"/>
      <w:r>
        <w:rPr>
          <w:i/>
          <w:color w:val="5F6B76"/>
          <w:sz w:val="17"/>
        </w:rPr>
        <w:t>consiglio</w:t>
      </w:r>
      <w:proofErr w:type="spellEnd"/>
      <w:r>
        <w:rPr>
          <w:i/>
          <w:color w:val="5F6B76"/>
          <w:sz w:val="17"/>
        </w:rPr>
        <w:t xml:space="preserve"> di </w:t>
      </w:r>
      <w:proofErr w:type="spellStart"/>
      <w:r>
        <w:rPr>
          <w:i/>
          <w:color w:val="5F6B76"/>
          <w:sz w:val="17"/>
        </w:rPr>
        <w:t>classe</w:t>
      </w:r>
      <w:proofErr w:type="spellEnd"/>
      <w:r>
        <w:rPr>
          <w:i/>
          <w:color w:val="5F6B76"/>
          <w:sz w:val="17"/>
        </w:rPr>
        <w:t>, sostegno, famiglie o servizi.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pStyle w:val="Titolo1"/>
        <w:rPr>
          <w:lang w:val="it-IT"/>
        </w:rPr>
      </w:pPr>
      <w:r w:rsidRPr="00165907">
        <w:rPr>
          <w:lang w:val="it-IT"/>
        </w:rPr>
        <w:t>8. Contributo alla scuola e interessi professionali</w:t>
      </w:r>
    </w:p>
    <w:p w:rsidR="00BA6AFF" w:rsidRPr="00165907" w:rsidRDefault="00CB315D">
      <w:pPr>
        <w:rPr>
          <w:lang w:val="it-IT"/>
        </w:rPr>
      </w:pPr>
      <w:r w:rsidRPr="00165907">
        <w:rPr>
          <w:i/>
          <w:color w:val="5F6B76"/>
          <w:sz w:val="18"/>
          <w:lang w:val="it-IT"/>
        </w:rPr>
        <w:t>Selezioni al massimo 5 ambiti nei quali potrebbe offrire un contributo o desidera essere coinvolto/a.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BA6AFF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 xml:space="preserve">☐ </w:t>
            </w:r>
            <w:proofErr w:type="spellStart"/>
            <w:r>
              <w:rPr>
                <w:color w:val="000000"/>
                <w:sz w:val="18"/>
              </w:rPr>
              <w:t>Innovazione</w:t>
            </w:r>
            <w:proofErr w:type="spellEnd"/>
            <w:r>
              <w:rPr>
                <w:color w:val="000000"/>
                <w:sz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</w:rPr>
              <w:t>ricerca</w:t>
            </w:r>
            <w:proofErr w:type="spellEnd"/>
            <w:r>
              <w:rPr>
                <w:color w:val="000000"/>
                <w:sz w:val="18"/>
              </w:rPr>
              <w:t xml:space="preserve"> didattica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>☐ Inclusione, personalizzazione e BES</w:t>
            </w:r>
          </w:p>
        </w:tc>
      </w:tr>
      <w:tr w:rsidR="00BA6AFF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lastRenderedPageBreak/>
              <w:t>☐ Recupero e potenziamento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>☐ Continuità e orientamento</w:t>
            </w:r>
          </w:p>
        </w:tc>
      </w:tr>
      <w:tr w:rsidR="00BA6AFF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>☐ Valutazione e miglioramento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>☐ Digitale e intelligenza artificiale</w:t>
            </w:r>
          </w:p>
        </w:tc>
      </w:tr>
      <w:tr w:rsidR="00BA6AFF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>☐ Lingue, internazionalizzazione e mobilità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>☐ Coordinamento e organizzazione</w:t>
            </w:r>
          </w:p>
        </w:tc>
      </w:tr>
      <w:tr w:rsidR="00BA6AFF" w:rsidRPr="0016590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8"/>
              </w:rPr>
              <w:t>☐ Formazione e scambio professionale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Pr="00165907" w:rsidRDefault="00CB315D">
            <w:pPr>
              <w:spacing w:after="0" w:line="259" w:lineRule="auto"/>
              <w:rPr>
                <w:lang w:val="it-IT"/>
              </w:rPr>
            </w:pPr>
            <w:r w:rsidRPr="00165907">
              <w:rPr>
                <w:color w:val="000000"/>
                <w:sz w:val="18"/>
                <w:lang w:val="it-IT"/>
              </w:rPr>
              <w:t>☐ Progetti culturali, espressivi, sportivi o STEM</w:t>
            </w:r>
          </w:p>
        </w:tc>
      </w:tr>
    </w:tbl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>Per uno degli ambiti selezionati, indichi un contributo concreto che potrebbe offrire nel corso dell’anno.</w:t>
      </w:r>
      <w:r w:rsidRPr="00165907">
        <w:rPr>
          <w:i/>
          <w:color w:val="5F6B76"/>
          <w:sz w:val="17"/>
          <w:lang w:val="it-IT"/>
        </w:rPr>
        <w:t xml:space="preserve">  Attività, progetto, competenza da condividere o ruolo disponibile a svolgere.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Default="00CB315D">
      <w:pPr>
        <w:pStyle w:val="Titolo1"/>
      </w:pPr>
      <w:r>
        <w:t>9. Inserimento, crescita e aspettative</w:t>
      </w:r>
    </w:p>
    <w:p w:rsidR="00BA6AFF" w:rsidRPr="00165907" w:rsidRDefault="00CB315D">
      <w:pPr>
        <w:spacing w:after="60"/>
        <w:rPr>
          <w:lang w:val="it-IT"/>
        </w:rPr>
      </w:pPr>
      <w:r w:rsidRPr="00165907">
        <w:rPr>
          <w:b/>
          <w:color w:val="1F4D78"/>
          <w:sz w:val="19"/>
          <w:lang w:val="it-IT"/>
        </w:rPr>
        <w:t xml:space="preserve">Aree nelle quali desidera crescere (massimo 3): </w:t>
      </w:r>
    </w:p>
    <w:p w:rsidR="00BA6AFF" w:rsidRPr="00165907" w:rsidRDefault="00CB315D">
      <w:pPr>
        <w:spacing w:after="160"/>
        <w:rPr>
          <w:lang w:val="it-IT"/>
        </w:rPr>
      </w:pPr>
      <w:r w:rsidRPr="00165907">
        <w:rPr>
          <w:color w:val="000000"/>
          <w:sz w:val="18"/>
          <w:lang w:val="it-IT"/>
        </w:rPr>
        <w:t>☐ didattica   ☐ inclusione   ☐ gestione del gruppo   ☐ valutazione   ☐ digitale/IA   ☐ collaborazione   ☐ organizzazione   ☐ altro</w:t>
      </w: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>Quale supporto le sarebbe più utile nel primo periodo?</w:t>
      </w:r>
      <w:r w:rsidRPr="00165907">
        <w:rPr>
          <w:i/>
          <w:color w:val="5F6B76"/>
          <w:sz w:val="17"/>
          <w:lang w:val="it-IT"/>
        </w:rPr>
        <w:t xml:space="preserve">  Es.: referente, affiancamento, documenti essenziali, formazione, materiali, osservazione tra pari.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>Che cosa si aspetta dalla scuola e quali condizioni la aiutano a lavorare bene?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Default="00CB315D">
      <w:pPr>
        <w:pStyle w:val="Titolo1"/>
      </w:pPr>
      <w:r>
        <w:t>10. Informazioni utili e disponibilità</w:t>
      </w: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>Segnali eventuali competenze, vincoli organizzativi o informazioni utili non ancora emerse.</w:t>
      </w:r>
      <w:r w:rsidRPr="00165907">
        <w:rPr>
          <w:i/>
          <w:color w:val="5F6B76"/>
          <w:sz w:val="17"/>
          <w:lang w:val="it-IT"/>
        </w:rPr>
        <w:t xml:space="preserve">  Evitare dati sanitari o personali non necessari; usare i canali riservati previsti dalla scuola.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spacing w:before="120"/>
        <w:rPr>
          <w:lang w:val="it-IT"/>
        </w:rPr>
      </w:pPr>
      <w:r w:rsidRPr="00165907">
        <w:rPr>
          <w:b/>
          <w:color w:val="1F4D78"/>
          <w:sz w:val="19"/>
          <w:lang w:val="it-IT"/>
        </w:rPr>
        <w:t xml:space="preserve">Disponibilità a incarichi o progetti aggiuntivi: </w:t>
      </w:r>
      <w:r w:rsidRPr="00165907">
        <w:rPr>
          <w:color w:val="000000"/>
          <w:sz w:val="19"/>
          <w:lang w:val="it-IT"/>
        </w:rPr>
        <w:t>☐ Sì   ☐ Da valutare   ☐ Non al momento</w:t>
      </w:r>
    </w:p>
    <w:p w:rsidR="00BA6AFF" w:rsidRPr="00165907" w:rsidRDefault="00CB315D">
      <w:pPr>
        <w:spacing w:after="10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 xml:space="preserve">Firma del docente: </w:t>
      </w:r>
      <w:r w:rsidRPr="00165907">
        <w:rPr>
          <w:color w:val="5F6B76"/>
          <w:sz w:val="20"/>
          <w:lang w:val="it-IT"/>
        </w:rPr>
        <w:t>__________________________________________________</w:t>
      </w:r>
    </w:p>
    <w:p w:rsidR="00BA6AFF" w:rsidRPr="00165907" w:rsidRDefault="00CB315D">
      <w:pPr>
        <w:spacing w:after="10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 xml:space="preserve">Data: </w:t>
      </w:r>
      <w:r w:rsidRPr="00165907">
        <w:rPr>
          <w:color w:val="5F6B76"/>
          <w:sz w:val="20"/>
          <w:lang w:val="it-IT"/>
        </w:rPr>
        <w:t>__________________________________________________</w:t>
      </w:r>
    </w:p>
    <w:p w:rsidR="00BA6AFF" w:rsidRPr="00165907" w:rsidRDefault="00CB315D">
      <w:pPr>
        <w:rPr>
          <w:lang w:val="it-IT"/>
        </w:rPr>
      </w:pPr>
      <w:r w:rsidRPr="00165907">
        <w:rPr>
          <w:lang w:val="it-IT"/>
        </w:rPr>
        <w:br w:type="page"/>
      </w:r>
    </w:p>
    <w:p w:rsidR="00BA6AFF" w:rsidRPr="00165907" w:rsidRDefault="00CB315D">
      <w:pPr>
        <w:spacing w:after="60"/>
        <w:rPr>
          <w:lang w:val="it-IT"/>
        </w:rPr>
      </w:pPr>
      <w:r w:rsidRPr="00165907">
        <w:rPr>
          <w:b/>
          <w:color w:val="2E74B5"/>
          <w:sz w:val="20"/>
          <w:lang w:val="it-IT"/>
        </w:rPr>
        <w:lastRenderedPageBreak/>
        <w:t>SEZIONE RISERVATA ALL’ISTITUTO</w:t>
      </w:r>
    </w:p>
    <w:p w:rsidR="00BA6AFF" w:rsidRPr="00165907" w:rsidRDefault="00CB315D">
      <w:pPr>
        <w:spacing w:after="100"/>
        <w:rPr>
          <w:lang w:val="it-IT"/>
        </w:rPr>
      </w:pPr>
      <w:r w:rsidRPr="00165907">
        <w:rPr>
          <w:b/>
          <w:color w:val="1F4D78"/>
          <w:sz w:val="38"/>
          <w:lang w:val="it-IT"/>
        </w:rPr>
        <w:t>Sintesi per l’accoglienza e la valorizzazione professionale</w:t>
      </w:r>
    </w:p>
    <w:p w:rsidR="00BA6AFF" w:rsidRPr="00165907" w:rsidRDefault="00CB315D">
      <w:pPr>
        <w:rPr>
          <w:lang w:val="it-IT"/>
        </w:rPr>
      </w:pPr>
      <w:r w:rsidRPr="00165907">
        <w:rPr>
          <w:i/>
          <w:color w:val="5F6B76"/>
          <w:sz w:val="18"/>
          <w:lang w:val="it-IT"/>
        </w:rPr>
        <w:t>Compilare dopo la lettura della scheda. La sintesi serve a orientare inserimento, accompagnamento e valorizzazione; non sostituisce le procedure formali di valutazione.</w:t>
      </w:r>
    </w:p>
    <w:p w:rsidR="00BA6AFF" w:rsidRDefault="00CB315D">
      <w:pPr>
        <w:spacing w:after="100"/>
      </w:pPr>
      <w:proofErr w:type="spellStart"/>
      <w:r>
        <w:rPr>
          <w:b/>
          <w:color w:val="1F4D78"/>
          <w:sz w:val="20"/>
        </w:rPr>
        <w:t>Docente</w:t>
      </w:r>
      <w:proofErr w:type="spellEnd"/>
      <w:r>
        <w:rPr>
          <w:b/>
          <w:color w:val="1F4D78"/>
          <w:sz w:val="20"/>
        </w:rPr>
        <w:t xml:space="preserve">: </w:t>
      </w:r>
      <w:r>
        <w:rPr>
          <w:color w:val="5F6B76"/>
          <w:sz w:val="20"/>
        </w:rPr>
        <w:t>__________________________________________________</w:t>
      </w:r>
    </w:p>
    <w:p w:rsidR="00BA6AFF" w:rsidRDefault="00CB315D">
      <w:pPr>
        <w:spacing w:after="100"/>
      </w:pPr>
      <w:r>
        <w:rPr>
          <w:b/>
          <w:color w:val="1F4D78"/>
          <w:sz w:val="20"/>
        </w:rPr>
        <w:t xml:space="preserve">Esaminatore/trice: </w:t>
      </w:r>
      <w:r>
        <w:rPr>
          <w:color w:val="5F6B76"/>
          <w:sz w:val="20"/>
        </w:rPr>
        <w:t>__________________________________________________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300"/>
        <w:gridCol w:w="1960"/>
        <w:gridCol w:w="4100"/>
      </w:tblGrid>
      <w:tr w:rsidR="00BA6AFF">
        <w:trPr>
          <w:tblHeader/>
        </w:trPr>
        <w:tc>
          <w:tcPr>
            <w:tcW w:w="33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18"/>
              </w:rPr>
              <w:t>Area osservata</w:t>
            </w:r>
          </w:p>
        </w:tc>
        <w:tc>
          <w:tcPr>
            <w:tcW w:w="196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18"/>
              </w:rPr>
              <w:t>Livello</w:t>
            </w:r>
          </w:p>
        </w:tc>
        <w:tc>
          <w:tcPr>
            <w:tcW w:w="41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18"/>
              </w:rPr>
              <w:t>Evidenza essenziale</w:t>
            </w:r>
          </w:p>
        </w:tc>
      </w:tr>
      <w:tr w:rsidR="00BA6AFF"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b/>
                <w:color w:val="1F4D78"/>
                <w:sz w:val="17"/>
              </w:rPr>
              <w:t>Chiarezza e consapevolezza professionale</w:t>
            </w:r>
          </w:p>
        </w:tc>
        <w:tc>
          <w:tcPr>
            <w:tcW w:w="1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color w:val="000000"/>
                <w:sz w:val="17"/>
              </w:rPr>
              <w:t>☐ 1  ☐ 2  ☐ 3  ☐ 4  ☐ 5</w:t>
            </w:r>
          </w:p>
        </w:tc>
        <w:tc>
          <w:tcPr>
            <w:tcW w:w="4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7"/>
              </w:rPr>
              <w:br/>
            </w:r>
          </w:p>
        </w:tc>
      </w:tr>
      <w:tr w:rsidR="00BA6AFF"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b/>
                <w:color w:val="1F4D78"/>
                <w:sz w:val="17"/>
              </w:rPr>
              <w:t>Progettazione, osservazione e valutazione</w:t>
            </w:r>
          </w:p>
        </w:tc>
        <w:tc>
          <w:tcPr>
            <w:tcW w:w="1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color w:val="000000"/>
                <w:sz w:val="17"/>
              </w:rPr>
              <w:t>☐ 1  ☐ 2  ☐ 3  ☐ 4  ☐ 5</w:t>
            </w:r>
          </w:p>
        </w:tc>
        <w:tc>
          <w:tcPr>
            <w:tcW w:w="4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7"/>
              </w:rPr>
              <w:br/>
            </w:r>
          </w:p>
        </w:tc>
      </w:tr>
      <w:tr w:rsidR="00BA6AFF"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Pr="00165907" w:rsidRDefault="00CB315D">
            <w:pPr>
              <w:spacing w:after="0" w:line="259" w:lineRule="auto"/>
              <w:rPr>
                <w:lang w:val="it-IT"/>
              </w:rPr>
            </w:pPr>
            <w:r w:rsidRPr="00165907">
              <w:rPr>
                <w:b/>
                <w:color w:val="1F4D78"/>
                <w:sz w:val="17"/>
                <w:lang w:val="it-IT"/>
              </w:rPr>
              <w:t>Inclusione e gestione del gruppo</w:t>
            </w:r>
          </w:p>
        </w:tc>
        <w:tc>
          <w:tcPr>
            <w:tcW w:w="1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color w:val="000000"/>
                <w:sz w:val="17"/>
              </w:rPr>
              <w:t xml:space="preserve">☐ </w:t>
            </w:r>
            <w:proofErr w:type="gramStart"/>
            <w:r>
              <w:rPr>
                <w:color w:val="000000"/>
                <w:sz w:val="17"/>
              </w:rPr>
              <w:t>1  ☐</w:t>
            </w:r>
            <w:proofErr w:type="gramEnd"/>
            <w:r>
              <w:rPr>
                <w:color w:val="000000"/>
                <w:sz w:val="17"/>
              </w:rPr>
              <w:t xml:space="preserve"> 2  ☐ 3  ☐ 4  ☐ 5</w:t>
            </w:r>
          </w:p>
        </w:tc>
        <w:tc>
          <w:tcPr>
            <w:tcW w:w="4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7"/>
              </w:rPr>
              <w:br/>
            </w:r>
          </w:p>
        </w:tc>
      </w:tr>
      <w:tr w:rsidR="00BA6AFF"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Pr="00165907" w:rsidRDefault="00CB315D">
            <w:pPr>
              <w:spacing w:after="0" w:line="259" w:lineRule="auto"/>
              <w:rPr>
                <w:lang w:val="it-IT"/>
              </w:rPr>
            </w:pPr>
            <w:r w:rsidRPr="00165907">
              <w:rPr>
                <w:b/>
                <w:color w:val="1F4D78"/>
                <w:sz w:val="17"/>
                <w:lang w:val="it-IT"/>
              </w:rPr>
              <w:t>Collaborazione e rapporto con le famiglie</w:t>
            </w:r>
          </w:p>
        </w:tc>
        <w:tc>
          <w:tcPr>
            <w:tcW w:w="1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color w:val="000000"/>
                <w:sz w:val="17"/>
              </w:rPr>
              <w:t xml:space="preserve">☐ </w:t>
            </w:r>
            <w:proofErr w:type="gramStart"/>
            <w:r>
              <w:rPr>
                <w:color w:val="000000"/>
                <w:sz w:val="17"/>
              </w:rPr>
              <w:t>1  ☐</w:t>
            </w:r>
            <w:proofErr w:type="gramEnd"/>
            <w:r>
              <w:rPr>
                <w:color w:val="000000"/>
                <w:sz w:val="17"/>
              </w:rPr>
              <w:t xml:space="preserve"> 2  ☐ 3  ☐ 4  ☐ 5</w:t>
            </w:r>
          </w:p>
        </w:tc>
        <w:tc>
          <w:tcPr>
            <w:tcW w:w="4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7"/>
              </w:rPr>
              <w:br/>
            </w:r>
          </w:p>
        </w:tc>
      </w:tr>
      <w:tr w:rsidR="00BA6AFF"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Pr="00165907" w:rsidRDefault="00CB315D">
            <w:pPr>
              <w:spacing w:after="0" w:line="259" w:lineRule="auto"/>
              <w:rPr>
                <w:lang w:val="it-IT"/>
              </w:rPr>
            </w:pPr>
            <w:r w:rsidRPr="00165907">
              <w:rPr>
                <w:b/>
                <w:color w:val="1F4D78"/>
                <w:sz w:val="17"/>
                <w:lang w:val="it-IT"/>
              </w:rPr>
              <w:t>Competenze trasferibili e contributo alla scuola</w:t>
            </w:r>
          </w:p>
        </w:tc>
        <w:tc>
          <w:tcPr>
            <w:tcW w:w="1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color w:val="000000"/>
                <w:sz w:val="17"/>
              </w:rPr>
              <w:t xml:space="preserve">☐ </w:t>
            </w:r>
            <w:proofErr w:type="gramStart"/>
            <w:r>
              <w:rPr>
                <w:color w:val="000000"/>
                <w:sz w:val="17"/>
              </w:rPr>
              <w:t>1  ☐</w:t>
            </w:r>
            <w:proofErr w:type="gramEnd"/>
            <w:r>
              <w:rPr>
                <w:color w:val="000000"/>
                <w:sz w:val="17"/>
              </w:rPr>
              <w:t xml:space="preserve"> 2  ☐ 3  ☐ 4  ☐ 5</w:t>
            </w:r>
          </w:p>
        </w:tc>
        <w:tc>
          <w:tcPr>
            <w:tcW w:w="4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7"/>
              </w:rPr>
              <w:br/>
            </w:r>
          </w:p>
        </w:tc>
      </w:tr>
      <w:tr w:rsidR="00BA6AFF"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Pr="00165907" w:rsidRDefault="00CB315D">
            <w:pPr>
              <w:spacing w:after="0" w:line="259" w:lineRule="auto"/>
              <w:rPr>
                <w:lang w:val="it-IT"/>
              </w:rPr>
            </w:pPr>
            <w:r w:rsidRPr="00165907">
              <w:rPr>
                <w:b/>
                <w:color w:val="1F4D78"/>
                <w:sz w:val="17"/>
                <w:lang w:val="it-IT"/>
              </w:rPr>
              <w:t>Apertura all’apprendimento e coerenza con il contesto</w:t>
            </w:r>
          </w:p>
        </w:tc>
        <w:tc>
          <w:tcPr>
            <w:tcW w:w="1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  <w:jc w:val="center"/>
            </w:pPr>
            <w:r>
              <w:rPr>
                <w:color w:val="000000"/>
                <w:sz w:val="17"/>
              </w:rPr>
              <w:t xml:space="preserve">☐ </w:t>
            </w:r>
            <w:proofErr w:type="gramStart"/>
            <w:r>
              <w:rPr>
                <w:color w:val="000000"/>
                <w:sz w:val="17"/>
              </w:rPr>
              <w:t>1  ☐</w:t>
            </w:r>
            <w:proofErr w:type="gramEnd"/>
            <w:r>
              <w:rPr>
                <w:color w:val="000000"/>
                <w:sz w:val="17"/>
              </w:rPr>
              <w:t xml:space="preserve"> 2  ☐ 3  ☐ 4  ☐ 5</w:t>
            </w:r>
          </w:p>
        </w:tc>
        <w:tc>
          <w:tcPr>
            <w:tcW w:w="4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A6AFF" w:rsidRDefault="00CB315D">
            <w:pPr>
              <w:spacing w:after="0" w:line="259" w:lineRule="auto"/>
            </w:pPr>
            <w:r>
              <w:rPr>
                <w:color w:val="000000"/>
                <w:sz w:val="17"/>
              </w:rPr>
              <w:br/>
            </w:r>
          </w:p>
        </w:tc>
      </w:tr>
    </w:tbl>
    <w:p w:rsidR="00BA6AFF" w:rsidRPr="00165907" w:rsidRDefault="00CB315D">
      <w:pPr>
        <w:spacing w:before="100"/>
        <w:rPr>
          <w:lang w:val="it-IT"/>
        </w:rPr>
      </w:pPr>
      <w:r w:rsidRPr="00165907">
        <w:rPr>
          <w:b/>
          <w:color w:val="1F4D78"/>
          <w:sz w:val="17"/>
          <w:lang w:val="it-IT"/>
        </w:rPr>
        <w:t xml:space="preserve">Scala: </w:t>
      </w:r>
      <w:r w:rsidRPr="00165907">
        <w:rPr>
          <w:color w:val="5F6B76"/>
          <w:sz w:val="17"/>
          <w:lang w:val="it-IT"/>
        </w:rPr>
        <w:t>1 = evidenze assenti/generiche · 2 = deboli · 3 = adeguate · 4 = solide · 5 = molto solide e trasferibili. Ogni punteggio va accompagnato da un’evidenza.</w:t>
      </w: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>Punti di forza da valorizzare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Default="00CB315D">
      <w:pPr>
        <w:keepNext/>
        <w:spacing w:before="60" w:after="40"/>
      </w:pPr>
      <w:r>
        <w:rPr>
          <w:b/>
          <w:color w:val="1F4D78"/>
          <w:sz w:val="20"/>
        </w:rPr>
        <w:t>Supporto prioritario / azioni di inserimento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keepNext/>
        <w:spacing w:before="60" w:after="4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>Possibili incarichi, progetti o connessioni interne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BA6AFF">
        <w:tc>
          <w:tcPr>
            <w:tcW w:w="9360" w: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BA6AFF" w:rsidRDefault="00CB315D">
            <w:pPr>
              <w:spacing w:after="0"/>
            </w:pPr>
            <w:r>
              <w:rPr>
                <w:color w:val="A7B0B8"/>
                <w:sz w:val="18"/>
              </w:rPr>
              <w:t>________________________________________________________________________________</w:t>
            </w:r>
            <w:r>
              <w:rPr>
                <w:color w:val="A7B0B8"/>
                <w:sz w:val="18"/>
              </w:rPr>
              <w:br/>
              <w:t>________________________________________________________________________________</w:t>
            </w:r>
          </w:p>
        </w:tc>
      </w:tr>
    </w:tbl>
    <w:p w:rsidR="00BA6AFF" w:rsidRDefault="00BA6AFF">
      <w:pPr>
        <w:spacing w:after="20"/>
      </w:pPr>
    </w:p>
    <w:p w:rsidR="00BA6AFF" w:rsidRPr="00165907" w:rsidRDefault="00CB315D">
      <w:pPr>
        <w:spacing w:before="100"/>
        <w:rPr>
          <w:lang w:val="it-IT"/>
        </w:rPr>
      </w:pPr>
      <w:r w:rsidRPr="00165907">
        <w:rPr>
          <w:b/>
          <w:color w:val="1F4D78"/>
          <w:sz w:val="19"/>
          <w:lang w:val="it-IT"/>
        </w:rPr>
        <w:t xml:space="preserve">Prossimo passo: </w:t>
      </w:r>
      <w:r w:rsidRPr="00165907">
        <w:rPr>
          <w:color w:val="000000"/>
          <w:sz w:val="18"/>
          <w:lang w:val="it-IT"/>
        </w:rPr>
        <w:t>☐ Accoglienza ordinaria   ☐ Colloquio di approfondimento   ☐ Affiancamento mirato   ☐ Altro __________________</w:t>
      </w:r>
    </w:p>
    <w:p w:rsidR="00BA6AFF" w:rsidRPr="00165907" w:rsidRDefault="00CB315D">
      <w:pPr>
        <w:spacing w:after="100"/>
        <w:rPr>
          <w:lang w:val="it-IT"/>
        </w:rPr>
      </w:pPr>
      <w:r w:rsidRPr="00165907">
        <w:rPr>
          <w:b/>
          <w:color w:val="1F4D78"/>
          <w:sz w:val="20"/>
          <w:lang w:val="it-IT"/>
        </w:rPr>
        <w:t xml:space="preserve">Data e firma del compilatore: </w:t>
      </w:r>
      <w:r w:rsidRPr="00165907">
        <w:rPr>
          <w:color w:val="5F6B76"/>
          <w:sz w:val="20"/>
          <w:lang w:val="it-IT"/>
        </w:rPr>
        <w:t>__________________________________________________</w:t>
      </w:r>
    </w:p>
    <w:sectPr w:rsidR="00BA6AFF" w:rsidRPr="00165907" w:rsidSect="00165907">
      <w:footerReference w:type="default" r:id="rId13"/>
      <w:pgSz w:w="12240" w:h="15840"/>
      <w:pgMar w:top="672" w:right="1440" w:bottom="936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CEE" w:rsidRDefault="00467CEE">
      <w:pPr>
        <w:spacing w:after="0" w:line="240" w:lineRule="auto"/>
      </w:pPr>
      <w:r>
        <w:separator/>
      </w:r>
    </w:p>
  </w:endnote>
  <w:endnote w:type="continuationSeparator" w:id="0">
    <w:p w:rsidR="00467CEE" w:rsidRDefault="0046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AFF" w:rsidRPr="00165907" w:rsidRDefault="00165907">
    <w:pPr>
      <w:pStyle w:val="Pidipagina"/>
      <w:jc w:val="center"/>
      <w:rPr>
        <w:lang w:val="it-IT"/>
      </w:rPr>
    </w:pPr>
    <w:r>
      <w:rPr>
        <w:color w:val="5F6B76"/>
        <w:sz w:val="16"/>
        <w:lang w:val="it-IT"/>
      </w:rPr>
      <w:t xml:space="preserve">I.C. “G. </w:t>
    </w:r>
    <w:proofErr w:type="spellStart"/>
    <w:r>
      <w:rPr>
        <w:color w:val="5F6B76"/>
        <w:sz w:val="16"/>
        <w:lang w:val="it-IT"/>
      </w:rPr>
      <w:t>Racioppi</w:t>
    </w:r>
    <w:proofErr w:type="spellEnd"/>
    <w:r>
      <w:rPr>
        <w:color w:val="5F6B76"/>
        <w:sz w:val="16"/>
        <w:lang w:val="it-IT"/>
      </w:rPr>
      <w:t xml:space="preserve">” - </w:t>
    </w:r>
    <w:r w:rsidR="00CB315D" w:rsidRPr="00165907">
      <w:rPr>
        <w:color w:val="5F6B76"/>
        <w:sz w:val="16"/>
        <w:lang w:val="it-IT"/>
      </w:rPr>
      <w:t xml:space="preserve">Documento riservato - uso interno </w:t>
    </w:r>
    <w:proofErr w:type="gramStart"/>
    <w:r w:rsidR="00CB315D" w:rsidRPr="00165907">
      <w:rPr>
        <w:color w:val="5F6B76"/>
        <w:sz w:val="16"/>
        <w:lang w:val="it-IT"/>
      </w:rPr>
      <w:t>dell’Istituto  •</w:t>
    </w:r>
    <w:proofErr w:type="gramEnd"/>
    <w:r w:rsidR="00CB315D" w:rsidRPr="00165907">
      <w:rPr>
        <w:color w:val="5F6B76"/>
        <w:sz w:val="16"/>
        <w:lang w:val="it-IT"/>
      </w:rPr>
      <w:t xml:space="preserve">  Pagina </w:t>
    </w:r>
    <w:r w:rsidR="00CB315D">
      <w:fldChar w:fldCharType="begin"/>
    </w:r>
    <w:r w:rsidR="00CB315D" w:rsidRPr="00165907">
      <w:rPr>
        <w:lang w:val="it-IT"/>
      </w:rPr>
      <w:instrText>PAGE</w:instrText>
    </w:r>
    <w:r w:rsidR="00CB315D">
      <w:fldChar w:fldCharType="separate"/>
    </w:r>
    <w:r w:rsidR="008B71B4" w:rsidRPr="00165907">
      <w:rPr>
        <w:noProof/>
        <w:lang w:val="it-IT"/>
      </w:rPr>
      <w:t>1</w:t>
    </w:r>
    <w:r w:rsidR="00CB315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CEE" w:rsidRDefault="00467CEE">
      <w:pPr>
        <w:spacing w:after="0" w:line="240" w:lineRule="auto"/>
      </w:pPr>
      <w:r>
        <w:separator/>
      </w:r>
    </w:p>
  </w:footnote>
  <w:footnote w:type="continuationSeparator" w:id="0">
    <w:p w:rsidR="00467CEE" w:rsidRDefault="00467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5907"/>
    <w:rsid w:val="0029639D"/>
    <w:rsid w:val="00326F90"/>
    <w:rsid w:val="00467CEE"/>
    <w:rsid w:val="00845E28"/>
    <w:rsid w:val="008B71B4"/>
    <w:rsid w:val="00AA1D8D"/>
    <w:rsid w:val="00B47730"/>
    <w:rsid w:val="00BA6AFF"/>
    <w:rsid w:val="00CB0664"/>
    <w:rsid w:val="00CB31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0BBC9"/>
  <w14:defaultImageDpi w14:val="300"/>
  <w15:docId w15:val="{5620561B-5315-4492-A592-83CC045C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  <w:pPr>
      <w:spacing w:after="120"/>
    </w:pPr>
    <w:rPr>
      <w:rFonts w:ascii="Calibri" w:hAnsi="Calibri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rsid w:val="00165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prensivomoliterno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zic85500b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56F66A-51DA-7142-82C9-86190C43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1498</Words>
  <Characters>8540</Characters>
  <Application>Microsoft Office Word</Application>
  <DocSecurity>0</DocSecurity>
  <Lines>71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Scheda unificata di presentazione e profilo professionale del docente</vt:lpstr>
      <vt:lpstr/>
    </vt:vector>
  </TitlesOfParts>
  <Manager/>
  <Company/>
  <LinksUpToDate>false</LinksUpToDate>
  <CharactersWithSpaces>10018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unificata di presentazione e profilo professionale del docente</dc:title>
  <dc:subject>Accoglienza, valorizzazione e inserimento dei docenti neoarrivati</dc:subject>
  <dc:creator>RAFFAELLA LA SCALEIA</dc:creator>
  <cp:keywords>docente, accoglienza, profilo professionale, questionario</cp:keywords>
  <dc:description>generated by python-docx</dc:description>
  <cp:lastModifiedBy>Nunzio Vetrano</cp:lastModifiedBy>
  <cp:revision>2</cp:revision>
  <dcterms:created xsi:type="dcterms:W3CDTF">2026-08-26T13:57:00Z</dcterms:created>
  <dcterms:modified xsi:type="dcterms:W3CDTF">2026-08-26T13:57:00Z</dcterms:modified>
  <cp:category/>
</cp:coreProperties>
</file>